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Forever I’m Yours</w:t>
      </w:r>
    </w:p>
    <w:p>
      <w:pPr>
        <w:pStyle w:val="Subtitle"/>
      </w:pPr>
      <w:r>
        <w:t>SONG INFORMATION • PRIVATE PRE-RELEASE</w:t>
      </w:r>
    </w:p>
    <w:p>
      <w:pPr>
        <w:spacing w:after="80"/>
        <w:pBdr>
          <w:bottom w:val="single" w:sz="8" w:space="1" w:color="D9D9D9"/>
        </w:pBdr>
      </w:pPr>
    </w:p>
    <w:p>
      <w:pPr>
        <w:pStyle w:val="Heading1"/>
      </w:pPr>
      <w:r>
        <w:t>RELEASE DETAILS</w:t>
      </w:r>
    </w:p>
    <w:tbl>
      <w:tblPr>
        <w:tblW w:type="auto" w:w="0"/>
        <w:jc w:val="left"/>
        <w:tblLayout w:type="fixed"/>
        <w:tblLook w:firstColumn="1" w:firstRow="1" w:lastColumn="0" w:lastRow="0" w:noHBand="0" w:noVBand="1" w:val="04A0"/>
      </w:tblPr>
      <w:tblGrid>
        <w:gridCol w:w="2808"/>
        <w:gridCol w:w="7200"/>
      </w:tblGrid>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ARTIST</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Ryan Xander</w:t>
            </w:r>
          </w:p>
        </w:tc>
      </w:tr>
      <w:tr>
        <w:tc>
          <w:tcPr>
            <w:tcW w:type="dxa" w:w="2808"/>
            <w:tcBorders>
              <w:top w:val="nil"/>
              <w:bottom w:val="nil"/>
              <w:left w:val="nil"/>
              <w:right w:val="nil"/>
            </w:tcBorders>
            <w:vAlign w:val="center"/>
          </w:tcPr>
          <w:p>
            <w:pPr>
              <w:spacing w:before="0" w:after="0"/>
            </w:pPr>
            <w:r>
              <w:rPr>
                <w:rFonts w:ascii="Arial" w:hAnsi="Arial"/>
                <w:b/>
                <w:i w:val="0"/>
                <w:color w:val="5F6670"/>
                <w:sz w:val="16"/>
              </w:rPr>
              <w:t>TITLE</w:t>
            </w:r>
          </w:p>
        </w:tc>
        <w:tc>
          <w:tcPr>
            <w:tcW w:type="dxa" w:w="7200"/>
            <w:tcBorders>
              <w:top w:val="nil"/>
              <w:bottom w:val="nil"/>
              <w:left w:val="nil"/>
              <w:right w:val="nil"/>
            </w:tcBorders>
            <w:vAlign w:val="center"/>
          </w:tcPr>
          <w:p>
            <w:pPr>
              <w:spacing w:before="0" w:after="0"/>
            </w:pPr>
            <w:r>
              <w:rPr>
                <w:rFonts w:ascii="Arial" w:hAnsi="Arial"/>
                <w:b w:val="0"/>
                <w:i w:val="0"/>
                <w:color w:val="101F34"/>
                <w:sz w:val="17"/>
              </w:rPr>
              <w:t>“Forever I’m Yours”</w:t>
            </w:r>
          </w:p>
        </w:tc>
      </w:tr>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RELEASE TYPE</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Debut Single</w:t>
            </w:r>
          </w:p>
        </w:tc>
      </w:tr>
      <w:tr>
        <w:tc>
          <w:tcPr>
            <w:tcW w:type="dxa" w:w="2808"/>
            <w:tcBorders>
              <w:top w:val="nil"/>
              <w:bottom w:val="nil"/>
              <w:left w:val="nil"/>
              <w:right w:val="nil"/>
            </w:tcBorders>
            <w:vAlign w:val="center"/>
          </w:tcPr>
          <w:p>
            <w:pPr>
              <w:spacing w:before="0" w:after="0"/>
            </w:pPr>
            <w:r>
              <w:rPr>
                <w:rFonts w:ascii="Arial" w:hAnsi="Arial"/>
                <w:b/>
                <w:i w:val="0"/>
                <w:color w:val="5F6670"/>
                <w:sz w:val="16"/>
              </w:rPr>
              <w:t>RELEASE DATE</w:t>
            </w:r>
          </w:p>
        </w:tc>
        <w:tc>
          <w:tcPr>
            <w:tcW w:type="dxa" w:w="7200"/>
            <w:tcBorders>
              <w:top w:val="nil"/>
              <w:bottom w:val="nil"/>
              <w:left w:val="nil"/>
              <w:right w:val="nil"/>
            </w:tcBorders>
            <w:vAlign w:val="center"/>
          </w:tcPr>
          <w:p>
            <w:pPr>
              <w:spacing w:before="0" w:after="0"/>
            </w:pPr>
            <w:r>
              <w:rPr>
                <w:rFonts w:ascii="Arial" w:hAnsi="Arial"/>
                <w:b w:val="0"/>
                <w:i w:val="0"/>
                <w:color w:val="101F34"/>
                <w:sz w:val="17"/>
              </w:rPr>
              <w:t>September 4, 2026</w:t>
            </w:r>
          </w:p>
        </w:tc>
      </w:tr>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GENRE</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Contemporary R&amp;B / Pop</w:t>
            </w:r>
          </w:p>
        </w:tc>
      </w:tr>
      <w:tr>
        <w:tc>
          <w:tcPr>
            <w:tcW w:type="dxa" w:w="2808"/>
            <w:tcBorders>
              <w:top w:val="nil"/>
              <w:bottom w:val="nil"/>
              <w:left w:val="nil"/>
              <w:right w:val="nil"/>
            </w:tcBorders>
            <w:vAlign w:val="center"/>
          </w:tcPr>
          <w:p>
            <w:pPr>
              <w:spacing w:before="0" w:after="0"/>
            </w:pPr>
            <w:r>
              <w:rPr>
                <w:rFonts w:ascii="Arial" w:hAnsi="Arial"/>
                <w:b/>
                <w:i w:val="0"/>
                <w:color w:val="5F6670"/>
                <w:sz w:val="16"/>
              </w:rPr>
              <w:t>LABEL</w:t>
            </w:r>
          </w:p>
        </w:tc>
        <w:tc>
          <w:tcPr>
            <w:tcW w:type="dxa" w:w="7200"/>
            <w:tcBorders>
              <w:top w:val="nil"/>
              <w:bottom w:val="nil"/>
              <w:left w:val="nil"/>
              <w:right w:val="nil"/>
            </w:tcBorders>
            <w:vAlign w:val="center"/>
          </w:tcPr>
          <w:p>
            <w:pPr>
              <w:spacing w:before="0" w:after="0"/>
            </w:pPr>
            <w:r>
              <w:rPr>
                <w:rFonts w:ascii="Arial" w:hAnsi="Arial"/>
                <w:b w:val="0"/>
                <w:i w:val="0"/>
                <w:color w:val="101F34"/>
                <w:sz w:val="17"/>
              </w:rPr>
              <w:t>RXR Music</w:t>
            </w:r>
          </w:p>
        </w:tc>
      </w:tr>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WRITTEN AND PERFORMED BY</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Ryan Xander</w:t>
            </w:r>
          </w:p>
        </w:tc>
      </w:tr>
      <w:tr>
        <w:tc>
          <w:tcPr>
            <w:tcW w:type="dxa" w:w="2808"/>
            <w:tcBorders>
              <w:top w:val="nil"/>
              <w:bottom w:val="nil"/>
              <w:left w:val="nil"/>
              <w:right w:val="nil"/>
            </w:tcBorders>
            <w:vAlign w:val="center"/>
          </w:tcPr>
          <w:p>
            <w:pPr>
              <w:spacing w:before="0" w:after="0"/>
            </w:pPr>
            <w:r>
              <w:rPr>
                <w:rFonts w:ascii="Arial" w:hAnsi="Arial"/>
                <w:b/>
                <w:i w:val="0"/>
                <w:color w:val="5F6670"/>
                <w:sz w:val="16"/>
              </w:rPr>
              <w:t>PRODUCED BY</w:t>
            </w:r>
          </w:p>
        </w:tc>
        <w:tc>
          <w:tcPr>
            <w:tcW w:type="dxa" w:w="7200"/>
            <w:tcBorders>
              <w:top w:val="nil"/>
              <w:bottom w:val="nil"/>
              <w:left w:val="nil"/>
              <w:right w:val="nil"/>
            </w:tcBorders>
            <w:vAlign w:val="center"/>
          </w:tcPr>
          <w:p>
            <w:pPr>
              <w:spacing w:before="0" w:after="0"/>
            </w:pPr>
            <w:r>
              <w:rPr>
                <w:rFonts w:ascii="Arial" w:hAnsi="Arial"/>
                <w:b w:val="0"/>
                <w:i w:val="0"/>
                <w:color w:val="101F34"/>
                <w:sz w:val="17"/>
              </w:rPr>
              <w:t>Riley Urick</w:t>
            </w:r>
          </w:p>
        </w:tc>
      </w:tr>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UPCOMING PROJECT</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With Love, Ryan — five-song debut EP</w:t>
            </w:r>
          </w:p>
        </w:tc>
      </w:tr>
      <w:tr>
        <w:tc>
          <w:tcPr>
            <w:tcW w:type="dxa" w:w="2808"/>
            <w:tcBorders>
              <w:top w:val="nil"/>
              <w:bottom w:val="nil"/>
              <w:left w:val="nil"/>
              <w:right w:val="nil"/>
            </w:tcBorders>
            <w:vAlign w:val="center"/>
          </w:tcPr>
          <w:p>
            <w:pPr>
              <w:spacing w:before="0" w:after="0"/>
            </w:pPr>
            <w:r>
              <w:rPr>
                <w:rFonts w:ascii="Arial" w:hAnsi="Arial"/>
                <w:b/>
                <w:i w:val="0"/>
                <w:color w:val="5F6670"/>
                <w:sz w:val="16"/>
              </w:rPr>
              <w:t>EP RELEASE DATE</w:t>
            </w:r>
          </w:p>
        </w:tc>
        <w:tc>
          <w:tcPr>
            <w:tcW w:type="dxa" w:w="7200"/>
            <w:tcBorders>
              <w:top w:val="nil"/>
              <w:bottom w:val="nil"/>
              <w:left w:val="nil"/>
              <w:right w:val="nil"/>
            </w:tcBorders>
            <w:vAlign w:val="center"/>
          </w:tcPr>
          <w:p>
            <w:pPr>
              <w:spacing w:before="0" w:after="0"/>
            </w:pPr>
            <w:r>
              <w:rPr>
                <w:rFonts w:ascii="Arial" w:hAnsi="Arial"/>
                <w:b w:val="0"/>
                <w:i w:val="0"/>
                <w:color w:val="101F34"/>
                <w:sz w:val="17"/>
              </w:rPr>
              <w:t>October 16, 2026</w:t>
            </w:r>
          </w:p>
        </w:tc>
      </w:tr>
      <w:tr>
        <w:tc>
          <w:tcPr>
            <w:tcW w:type="dxa" w:w="2808"/>
            <w:shd w:fill="F5F1ED"/>
            <w:tcBorders>
              <w:top w:val="nil"/>
              <w:bottom w:val="nil"/>
              <w:left w:val="nil"/>
              <w:right w:val="nil"/>
            </w:tcBorders>
            <w:vAlign w:val="center"/>
          </w:tcPr>
          <w:p>
            <w:pPr>
              <w:spacing w:before="0" w:after="0"/>
            </w:pPr>
            <w:r>
              <w:rPr>
                <w:rFonts w:ascii="Arial" w:hAnsi="Arial"/>
                <w:b/>
                <w:i w:val="0"/>
                <w:color w:val="5F6670"/>
                <w:sz w:val="16"/>
              </w:rPr>
              <w:t>ROLE ON EP</w:t>
            </w:r>
          </w:p>
        </w:tc>
        <w:tc>
          <w:tcPr>
            <w:tcW w:type="dxa" w:w="7200"/>
            <w:shd w:fill="F5F1ED"/>
            <w:tcBorders>
              <w:top w:val="nil"/>
              <w:bottom w:val="nil"/>
              <w:left w:val="nil"/>
              <w:right w:val="nil"/>
            </w:tcBorders>
            <w:vAlign w:val="center"/>
          </w:tcPr>
          <w:p>
            <w:pPr>
              <w:spacing w:before="0" w:after="0"/>
            </w:pPr>
            <w:r>
              <w:rPr>
                <w:rFonts w:ascii="Arial" w:hAnsi="Arial"/>
                <w:b w:val="0"/>
                <w:i w:val="0"/>
                <w:color w:val="101F34"/>
                <w:sz w:val="17"/>
              </w:rPr>
              <w:t>Emotional closing track</w:t>
            </w:r>
          </w:p>
        </w:tc>
      </w:tr>
    </w:tbl>
    <w:p>
      <w:pPr>
        <w:pStyle w:val="Heading1"/>
      </w:pPr>
      <w:r>
        <w:t>ABOUT THE SONG</w:t>
      </w:r>
    </w:p>
    <w:p>
      <w:pPr>
        <w:spacing w:after="84" w:line="245" w:lineRule="auto"/>
      </w:pPr>
      <w:r>
        <w:rPr>
          <w:rFonts w:ascii="Arial" w:hAnsi="Arial"/>
          <w:b w:val="0"/>
          <w:i w:val="0"/>
          <w:color w:val="101F34"/>
          <w:sz w:val="18"/>
        </w:rPr>
        <w:t>“Forever I’m Yours” is the debut single from Bay Area R&amp;B/pop artist Ryan Xander. Inspired by his wife, the song explores devotion, gratitude, and the experience of finding a love that feels both chosen and lasting.</w:t>
      </w:r>
    </w:p>
    <w:p>
      <w:pPr>
        <w:spacing w:after="84" w:line="245" w:lineRule="auto"/>
      </w:pPr>
      <w:r>
        <w:rPr>
          <w:rFonts w:ascii="Arial" w:hAnsi="Arial"/>
          <w:b w:val="0"/>
          <w:i w:val="0"/>
          <w:color w:val="101F34"/>
          <w:sz w:val="18"/>
        </w:rPr>
        <w:t>Driven by melodic vocals, romantic songwriting, and polished R&amp;B/pop production, the track captures the clarity of recognizing the person who has become home and choosing that relationship fully.</w:t>
      </w:r>
    </w:p>
    <w:p>
      <w:pPr>
        <w:spacing w:after="84" w:line="245" w:lineRule="auto"/>
      </w:pPr>
      <w:r>
        <w:rPr>
          <w:rFonts w:ascii="Arial" w:hAnsi="Arial"/>
          <w:b w:val="0"/>
          <w:i w:val="0"/>
          <w:color w:val="101F34"/>
          <w:sz w:val="18"/>
        </w:rPr>
        <w:t>Although the song appears as the emotional closer of Ryan’s forthcoming debut EP, With Love, Ryan, it was selected as his first official release because it represents where his personal story ultimately led. It introduces Ryan not through the pain or uncertainty of his past, but through the love, marriage, family, and sense of purpose that define his life now.</w:t>
      </w:r>
    </w:p>
    <w:p>
      <w:pPr>
        <w:pStyle w:val="Heading1"/>
      </w:pPr>
      <w:r>
        <w:t>WHY THIS IS THE FIRST RELEASE</w:t>
      </w:r>
    </w:p>
    <w:p>
      <w:pPr>
        <w:spacing w:after="84" w:line="245" w:lineRule="auto"/>
      </w:pPr>
      <w:r>
        <w:rPr>
          <w:rFonts w:ascii="Arial" w:hAnsi="Arial"/>
          <w:b w:val="0"/>
          <w:i w:val="0"/>
          <w:color w:val="101F34"/>
          <w:sz w:val="18"/>
        </w:rPr>
        <w:t>“Forever I’m Yours” was chosen intentionally as Ryan Xander’s debut. While the larger EP explores past relationships, regret, fate, difficult experiences, memory, and personal growth, this song represents the destination: devotion, gratitude, family, and a love that continues to be chosen every day.</w:t>
      </w:r>
    </w:p>
    <w:p>
      <w:pPr>
        <w:pStyle w:val="Heading1"/>
      </w:pPr>
      <w:r>
        <w:t>KEY TALKING POINTS</w:t>
      </w:r>
    </w:p>
    <w:p>
      <w:pPr>
        <w:pStyle w:val="ListBullet"/>
        <w:spacing w:after="10"/>
        <w:ind w:left="259" w:hanging="187"/>
      </w:pPr>
      <w:r>
        <w:rPr>
          <w:rFonts w:ascii="Arial" w:hAnsi="Arial"/>
          <w:b w:val="0"/>
          <w:i w:val="0"/>
          <w:color w:val="101F34"/>
          <w:sz w:val="17"/>
        </w:rPr>
        <w:t>Official debut single from Bay Area R&amp;B/pop artist Ryan Xander</w:t>
      </w:r>
    </w:p>
    <w:p>
      <w:pPr>
        <w:pStyle w:val="ListBullet"/>
        <w:spacing w:after="10"/>
        <w:ind w:left="259" w:hanging="187"/>
      </w:pPr>
      <w:r>
        <w:rPr>
          <w:rFonts w:ascii="Arial" w:hAnsi="Arial"/>
          <w:b w:val="0"/>
          <w:i w:val="0"/>
          <w:color w:val="101F34"/>
          <w:sz w:val="17"/>
        </w:rPr>
        <w:t>Heartfelt love song inspired by Ryan’s wife and the life they have built together</w:t>
      </w:r>
    </w:p>
    <w:p>
      <w:pPr>
        <w:pStyle w:val="ListBullet"/>
        <w:spacing w:after="10"/>
        <w:ind w:left="259" w:hanging="187"/>
      </w:pPr>
      <w:r>
        <w:rPr>
          <w:rFonts w:ascii="Arial" w:hAnsi="Arial"/>
          <w:b w:val="0"/>
          <w:i w:val="0"/>
          <w:color w:val="101F34"/>
          <w:sz w:val="17"/>
        </w:rPr>
        <w:t>First public release after years of pursuing music privately while building a career and family</w:t>
      </w:r>
    </w:p>
    <w:p>
      <w:pPr>
        <w:pStyle w:val="ListBullet"/>
        <w:spacing w:after="10"/>
        <w:ind w:left="259" w:hanging="187"/>
      </w:pPr>
      <w:r>
        <w:rPr>
          <w:rFonts w:ascii="Arial" w:hAnsi="Arial"/>
          <w:b w:val="0"/>
          <w:i w:val="0"/>
          <w:color w:val="101F34"/>
          <w:sz w:val="17"/>
        </w:rPr>
        <w:t>Blends melodic R&amp;B vocals, accessible pop songwriting, and polished production</w:t>
      </w:r>
    </w:p>
    <w:p>
      <w:pPr>
        <w:pStyle w:val="ListBullet"/>
        <w:spacing w:after="10"/>
        <w:ind w:left="259" w:hanging="187"/>
      </w:pPr>
      <w:r>
        <w:rPr>
          <w:rFonts w:ascii="Arial" w:hAnsi="Arial"/>
          <w:b w:val="0"/>
          <w:i w:val="0"/>
          <w:color w:val="101F34"/>
          <w:sz w:val="17"/>
        </w:rPr>
        <w:t>Produced by Riley Urick and released independently through RXR Music</w:t>
      </w:r>
    </w:p>
    <w:p>
      <w:pPr>
        <w:pStyle w:val="ListBullet"/>
        <w:spacing w:after="10"/>
        <w:ind w:left="259" w:hanging="187"/>
      </w:pPr>
      <w:r>
        <w:rPr>
          <w:rFonts w:ascii="Arial" w:hAnsi="Arial"/>
          <w:b w:val="0"/>
          <w:i w:val="0"/>
          <w:color w:val="101F34"/>
          <w:sz w:val="17"/>
        </w:rPr>
        <w:t>Emotional closing track of the forthcoming five-song EP, With Love, Ryan</w:t>
      </w:r>
    </w:p>
    <w:tbl>
      <w:tblPr>
        <w:tblW w:type="auto" w:w="0"/>
        <w:jc w:val="left"/>
        <w:tblLayout w:type="fixed"/>
        <w:tblLook w:firstColumn="1" w:firstRow="1" w:lastColumn="0" w:lastRow="0" w:noHBand="0" w:noVBand="1" w:val="04A0"/>
      </w:tblPr>
      <w:tblGrid>
        <w:gridCol w:w="4896"/>
        <w:gridCol w:w="5112"/>
      </w:tblGrid>
      <w:tr>
        <w:tc>
          <w:tcPr>
            <w:tcW w:type="dxa" w:w="5184"/>
            <w:tcBorders>
              <w:top w:val="nil"/>
              <w:bottom w:val="nil"/>
              <w:left w:val="nil"/>
              <w:right w:val="nil"/>
            </w:tcBorders>
            <w:vAlign w:val="top"/>
          </w:tcPr>
          <w:p>
            <w:pPr>
              <w:pStyle w:val="Heading1"/>
            </w:pPr>
            <w:r>
              <w:t>UPCOMING RELEASES</w:t>
            </w:r>
          </w:p>
          <w:p>
            <w:pPr>
              <w:spacing w:after="20"/>
            </w:pPr>
            <w:r>
              <w:rPr>
                <w:rFonts w:ascii="Arial" w:hAnsi="Arial"/>
                <w:b/>
                <w:i w:val="0"/>
                <w:color w:val="101F34"/>
                <w:sz w:val="17"/>
              </w:rPr>
              <w:t>“Pull Over”</w:t>
            </w:r>
            <w:r>
              <w:rPr>
                <w:rFonts w:ascii="Arial" w:hAnsi="Arial"/>
                <w:b w:val="0"/>
                <w:i w:val="0"/>
                <w:color w:val="101F34"/>
                <w:sz w:val="17"/>
              </w:rPr>
              <w:t xml:space="preserve"> — September 25, 2026</w:t>
            </w:r>
          </w:p>
          <w:p>
            <w:pPr>
              <w:spacing w:after="0"/>
            </w:pPr>
            <w:r>
              <w:rPr>
                <w:rFonts w:ascii="Arial" w:hAnsi="Arial"/>
                <w:b/>
                <w:i/>
                <w:color w:val="101F34"/>
                <w:sz w:val="17"/>
              </w:rPr>
              <w:t>With Love, Ryan</w:t>
            </w:r>
            <w:r>
              <w:rPr>
                <w:rFonts w:ascii="Arial" w:hAnsi="Arial"/>
                <w:b w:val="0"/>
                <w:i w:val="0"/>
                <w:color w:val="101F34"/>
                <w:sz w:val="17"/>
              </w:rPr>
              <w:t xml:space="preserve"> — five-song debut EP, October 16, 2026</w:t>
            </w:r>
          </w:p>
        </w:tc>
        <w:tc>
          <w:tcPr>
            <w:tcW w:type="dxa" w:w="5184"/>
            <w:tcBorders>
              <w:top w:val="nil"/>
              <w:bottom w:val="nil"/>
              <w:left w:val="nil"/>
              <w:right w:val="nil"/>
            </w:tcBorders>
            <w:vAlign w:val="top"/>
          </w:tcPr>
          <w:p>
            <w:pPr>
              <w:pStyle w:val="Heading1"/>
            </w:pPr>
            <w:r>
              <w:t>LINKS</w:t>
            </w:r>
          </w:p>
          <w:p>
            <w:pPr>
              <w:spacing w:after="10"/>
            </w:pPr>
            <w:r>
              <w:rPr>
                <w:rFonts w:ascii="Arial" w:hAnsi="Arial"/>
                <w:b/>
                <w:i w:val="0"/>
                <w:color w:val="5F6670"/>
                <w:sz w:val="15"/>
              </w:rPr>
              <w:t xml:space="preserve">PRIVATE STREAM: </w:t>
            </w:r>
            <w:hyperlink r:id="rId9">
              <w:r>
                <w:rPr>
                  <w:color w:val="1F4E79"/>
                  <w:sz w:val="17"/>
                  <w:szCs w:val="17"/>
                  <w:u w:val="single"/>
                  <w:rFonts w:ascii="Arial" w:hAnsi="Arial"/>
                </w:rPr>
                <w:t>Listen on SoundCloud</w:t>
              </w:r>
            </w:hyperlink>
          </w:p>
          <w:p>
            <w:pPr>
              <w:spacing w:after="10"/>
            </w:pPr>
            <w:r>
              <w:rPr>
                <w:rFonts w:ascii="Arial" w:hAnsi="Arial"/>
                <w:b/>
                <w:i w:val="0"/>
                <w:color w:val="5F6670"/>
                <w:sz w:val="15"/>
              </w:rPr>
              <w:t xml:space="preserve">PRE-SAVE: </w:t>
            </w:r>
            <w:hyperlink r:id="rId10">
              <w:r>
                <w:rPr>
                  <w:color w:val="1F4E79"/>
                  <w:sz w:val="17"/>
                  <w:szCs w:val="17"/>
                  <w:u w:val="single"/>
                  <w:rFonts w:ascii="Arial" w:hAnsi="Arial"/>
                </w:rPr>
                <w:t>Pre-save “Forever I’m Yours”</w:t>
              </w:r>
            </w:hyperlink>
          </w:p>
          <w:p>
            <w:pPr>
              <w:spacing w:after="10"/>
            </w:pPr>
            <w:r>
              <w:rPr>
                <w:rFonts w:ascii="Arial" w:hAnsi="Arial"/>
                <w:b/>
                <w:i w:val="0"/>
                <w:color w:val="5F6670"/>
                <w:sz w:val="15"/>
              </w:rPr>
              <w:t xml:space="preserve">ARTIST LINKS: </w:t>
            </w:r>
            <w:hyperlink r:id="rId11">
              <w:r>
                <w:rPr>
                  <w:color w:val="1F4E79"/>
                  <w:sz w:val="17"/>
                  <w:szCs w:val="17"/>
                  <w:u w:val="single"/>
                  <w:rFonts w:ascii="Arial" w:hAnsi="Arial"/>
                </w:rPr>
                <w:t>linktr.ee/ryanxandermusic</w:t>
              </w:r>
            </w:hyperlink>
          </w:p>
          <w:p>
            <w:pPr>
              <w:spacing w:after="10"/>
            </w:pPr>
            <w:r>
              <w:rPr>
                <w:rFonts w:ascii="Arial" w:hAnsi="Arial"/>
                <w:b/>
                <w:i w:val="0"/>
                <w:color w:val="5F6670"/>
                <w:sz w:val="15"/>
              </w:rPr>
              <w:t xml:space="preserve">PRESS CONTACT: </w:t>
            </w:r>
            <w:hyperlink r:id="rId12">
              <w:r>
                <w:rPr>
                  <w:color w:val="1F4E79"/>
                  <w:sz w:val="17"/>
                  <w:szCs w:val="17"/>
                  <w:u w:val="single"/>
                  <w:rFonts w:ascii="Arial" w:hAnsi="Arial"/>
                </w:rPr>
                <w:t>ryanxandermusic@gmail.com</w:t>
              </w:r>
            </w:hyperlink>
          </w:p>
        </w:tc>
      </w:tr>
    </w:tbl>
    <w:sectPr w:rsidR="00FC693F" w:rsidRPr="0006063C" w:rsidSect="00034616">
      <w:footerReference w:type="default" r:id="rId13"/>
      <w:pgSz w:w="12240" w:h="15840"/>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F6670"/>
        <w:sz w:val="14"/>
      </w:rPr>
      <w:t xml:space="preserve">RYAN XANDER  •  PRESS CONTACT: </w:t>
    </w:r>
    <w:hyperlink r:id="rId1">
      <w:r>
        <w:rPr>
          <w:color w:val="5F6670"/>
          <w:sz w:val="14"/>
          <w:szCs w:val="14"/>
          <w:rFonts w:ascii="Arial" w:hAnsi="Arial"/>
        </w:rPr>
        <w:t>ryanxandermusic@gmail.com</w:t>
      </w:r>
    </w:hyperlink>
    <w:r>
      <w:rPr>
        <w:rFonts w:ascii="Arial" w:hAnsi="Arial"/>
        <w:b w:val="0"/>
        <w:i w:val="0"/>
        <w:color w:val="5F6670"/>
        <w:sz w:val="14"/>
      </w:rPr>
      <w:t xml:space="preserve">  •  </w:t>
    </w:r>
    <w:hyperlink r:id="rId2">
      <w:r>
        <w:rPr>
          <w:color w:val="5F6670"/>
          <w:sz w:val="14"/>
          <w:szCs w:val="14"/>
          <w:rFonts w:ascii="Arial" w:hAnsi="Arial"/>
        </w:rPr>
        <w:t>linktr.ee/ryanxandermusic</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10" w:after="50"/>
      <w:outlineLvl w:val="0"/>
    </w:pPr>
    <w:rPr>
      <w:rFonts w:asciiTheme="majorHAnsi" w:eastAsiaTheme="majorEastAsia" w:hAnsiTheme="majorHAnsi" w:cstheme="majorBidi" w:ascii="Arial" w:hAnsi="Arial"/>
      <w:b/>
      <w:bCs/>
      <w:color w:val="B8523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line="240" w:lineRule="auto"/>
      <w:contextualSpacing/>
    </w:pPr>
    <w:rPr>
      <w:rFonts w:asciiTheme="majorHAnsi" w:eastAsiaTheme="majorEastAsia" w:hAnsiTheme="majorHAnsi" w:cstheme="majorBidi" w:ascii="Arial" w:hAnsi="Arial"/>
      <w:b/>
      <w:color w:val="101F3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b/>
      <w:i/>
      <w:iCs/>
      <w:color w:val="B85236"/>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n.soundcloud.com/WKc63AE390K1axLQZM" TargetMode="External"/><Relationship Id="rId10" Type="http://schemas.openxmlformats.org/officeDocument/2006/relationships/hyperlink" Target="http://distrokid.com/hyperfollow/ryanxander/forever-im-yours/" TargetMode="External"/><Relationship Id="rId11" Type="http://schemas.openxmlformats.org/officeDocument/2006/relationships/hyperlink" Target="https://linktr.ee/ryanxandermusic" TargetMode="External"/><Relationship Id="rId12" Type="http://schemas.openxmlformats.org/officeDocument/2006/relationships/hyperlink" Target="mailto:ryanxandermusic@gmail.com" TargetMode="Externa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yanxandermusic@gmail.com" TargetMode="External"/><Relationship Id="rId2" Type="http://schemas.openxmlformats.org/officeDocument/2006/relationships/hyperlink" Target="https://linktr.ee/ryanxander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